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7F4B4" w14:textId="41C04D8C" w:rsidR="002A412B" w:rsidRPr="00391811" w:rsidRDefault="00835344" w:rsidP="003127FE">
      <w:pPr>
        <w:spacing w:after="0" w:line="240" w:lineRule="auto"/>
        <w:jc w:val="center"/>
        <w:rPr>
          <w:rFonts w:ascii="Garamond" w:hAnsi="Garamond"/>
        </w:rPr>
      </w:pPr>
      <w:r w:rsidRPr="00391811">
        <w:rPr>
          <w:rFonts w:ascii="Garamond" w:hAnsi="Garamond"/>
          <w:b/>
          <w:sz w:val="32"/>
        </w:rPr>
        <w:t>MODULO DI RICHIESTA RIMBORSO</w:t>
      </w:r>
    </w:p>
    <w:p w14:paraId="42A35450" w14:textId="77777777" w:rsidR="002A412B" w:rsidRPr="00391811" w:rsidRDefault="00835344" w:rsidP="003127FE">
      <w:pPr>
        <w:spacing w:after="0" w:line="240" w:lineRule="auto"/>
        <w:jc w:val="center"/>
        <w:rPr>
          <w:rFonts w:ascii="Garamond" w:hAnsi="Garamond"/>
        </w:rPr>
      </w:pPr>
      <w:r w:rsidRPr="00391811">
        <w:rPr>
          <w:rFonts w:ascii="Garamond" w:hAnsi="Garamond"/>
          <w:i/>
        </w:rPr>
        <w:t>(Da allegare al Regolamento Visite Guidate e Viaggi di Istruzione)</w:t>
      </w:r>
    </w:p>
    <w:p w14:paraId="7745BF97" w14:textId="77777777" w:rsidR="003127FE" w:rsidRDefault="003127FE" w:rsidP="003127FE">
      <w:pPr>
        <w:spacing w:after="0"/>
        <w:ind w:left="5041"/>
        <w:rPr>
          <w:rFonts w:ascii="Garamond" w:hAnsi="Garamond"/>
        </w:rPr>
      </w:pPr>
    </w:p>
    <w:p w14:paraId="0EE66060" w14:textId="3961C816" w:rsidR="002A412B" w:rsidRPr="00391811" w:rsidRDefault="00835344" w:rsidP="003127FE">
      <w:pPr>
        <w:spacing w:after="0"/>
        <w:ind w:left="5041"/>
        <w:rPr>
          <w:rFonts w:ascii="Garamond" w:hAnsi="Garamond"/>
        </w:rPr>
      </w:pPr>
      <w:r w:rsidRPr="00391811">
        <w:rPr>
          <w:rFonts w:ascii="Garamond" w:hAnsi="Garamond"/>
        </w:rPr>
        <w:t xml:space="preserve">Al </w:t>
      </w:r>
      <w:proofErr w:type="spellStart"/>
      <w:r w:rsidRPr="00391811">
        <w:rPr>
          <w:rFonts w:ascii="Garamond" w:hAnsi="Garamond"/>
        </w:rPr>
        <w:t>Dirigente</w:t>
      </w:r>
      <w:proofErr w:type="spellEnd"/>
      <w:r w:rsidRPr="00391811">
        <w:rPr>
          <w:rFonts w:ascii="Garamond" w:hAnsi="Garamond"/>
        </w:rPr>
        <w:t xml:space="preserve"> Scolastico</w:t>
      </w:r>
      <w:r w:rsidRPr="00391811">
        <w:rPr>
          <w:rFonts w:ascii="Garamond" w:hAnsi="Garamond"/>
        </w:rPr>
        <w:br/>
      </w:r>
      <w:proofErr w:type="spellStart"/>
      <w:r w:rsidRPr="00391811">
        <w:rPr>
          <w:rFonts w:ascii="Garamond" w:hAnsi="Garamond"/>
          <w:i/>
        </w:rPr>
        <w:t>Allo</w:t>
      </w:r>
      <w:proofErr w:type="spellEnd"/>
      <w:r w:rsidRPr="00391811">
        <w:rPr>
          <w:rFonts w:ascii="Garamond" w:hAnsi="Garamond"/>
          <w:i/>
        </w:rPr>
        <w:t xml:space="preserve"> Sportello Segreteria Alunni / Amministrativa</w:t>
      </w:r>
      <w:r w:rsidRPr="00391811">
        <w:rPr>
          <w:rFonts w:ascii="Garamond" w:hAnsi="Garamond"/>
          <w:i/>
        </w:rPr>
        <w:br/>
      </w:r>
    </w:p>
    <w:p w14:paraId="370BF826" w14:textId="77777777" w:rsidR="002A412B" w:rsidRPr="00391811" w:rsidRDefault="00835344">
      <w:pPr>
        <w:spacing w:before="240" w:after="120"/>
        <w:rPr>
          <w:rFonts w:ascii="Garamond" w:hAnsi="Garamond"/>
        </w:rPr>
      </w:pPr>
      <w:r w:rsidRPr="00391811">
        <w:rPr>
          <w:rFonts w:ascii="Garamond" w:hAnsi="Garamond"/>
          <w:b/>
        </w:rPr>
        <w:t>1. DATI DEL RICHIEDENTE (Genitore / Tutore Legale)</w:t>
      </w:r>
    </w:p>
    <w:p w14:paraId="613BA943" w14:textId="77777777" w:rsidR="002A412B" w:rsidRPr="00391811" w:rsidRDefault="00835344">
      <w:pPr>
        <w:spacing w:after="120"/>
        <w:ind w:left="288"/>
        <w:rPr>
          <w:rFonts w:ascii="Garamond" w:hAnsi="Garamond"/>
        </w:rPr>
      </w:pPr>
      <w:r w:rsidRPr="00391811">
        <w:rPr>
          <w:rFonts w:ascii="Garamond" w:hAnsi="Garamond"/>
        </w:rPr>
        <w:t>Il/La sottoscritto/a (Cognome e Nome): __________________________________________________</w:t>
      </w:r>
    </w:p>
    <w:p w14:paraId="48D958EA" w14:textId="77777777" w:rsidR="002A412B" w:rsidRPr="00391811" w:rsidRDefault="00835344">
      <w:pPr>
        <w:spacing w:after="120"/>
        <w:ind w:left="288"/>
        <w:rPr>
          <w:rFonts w:ascii="Garamond" w:hAnsi="Garamond"/>
        </w:rPr>
      </w:pPr>
      <w:r w:rsidRPr="00391811">
        <w:rPr>
          <w:rFonts w:ascii="Garamond" w:hAnsi="Garamond"/>
        </w:rPr>
        <w:t>In qualità di (genitore/tutore legale dell'alunno/a): _______________________________________</w:t>
      </w:r>
    </w:p>
    <w:p w14:paraId="5534E039" w14:textId="77777777" w:rsidR="002A412B" w:rsidRPr="00391811" w:rsidRDefault="00835344">
      <w:pPr>
        <w:spacing w:after="120"/>
        <w:ind w:left="288"/>
        <w:rPr>
          <w:rFonts w:ascii="Garamond" w:hAnsi="Garamond"/>
        </w:rPr>
      </w:pPr>
      <w:r w:rsidRPr="00391811">
        <w:rPr>
          <w:rFonts w:ascii="Garamond" w:hAnsi="Garamond"/>
        </w:rPr>
        <w:t>Codice Fiscale richiedente: ___________________________________________________________</w:t>
      </w:r>
    </w:p>
    <w:p w14:paraId="688AD507" w14:textId="77777777" w:rsidR="002A412B" w:rsidRPr="00391811" w:rsidRDefault="00835344">
      <w:pPr>
        <w:spacing w:after="120"/>
        <w:ind w:left="288"/>
        <w:rPr>
          <w:rFonts w:ascii="Garamond" w:hAnsi="Garamond"/>
        </w:rPr>
      </w:pPr>
      <w:r w:rsidRPr="00391811">
        <w:rPr>
          <w:rFonts w:ascii="Garamond" w:hAnsi="Garamond"/>
        </w:rPr>
        <w:t>Recapito Telefonico: _______________________  E-mail: _________________________________</w:t>
      </w:r>
    </w:p>
    <w:p w14:paraId="311B6415" w14:textId="77777777" w:rsidR="002A412B" w:rsidRPr="00391811" w:rsidRDefault="00835344">
      <w:pPr>
        <w:spacing w:before="240" w:after="120"/>
        <w:rPr>
          <w:rFonts w:ascii="Garamond" w:hAnsi="Garamond"/>
        </w:rPr>
      </w:pPr>
      <w:r w:rsidRPr="00391811">
        <w:rPr>
          <w:rFonts w:ascii="Garamond" w:hAnsi="Garamond"/>
          <w:b/>
        </w:rPr>
        <w:t>2. DATI DELL'ALUNNO E DELL'USCITA/VIAGGIO</w:t>
      </w:r>
    </w:p>
    <w:p w14:paraId="02DB3ABF" w14:textId="77777777" w:rsidR="002A412B" w:rsidRPr="00391811" w:rsidRDefault="00835344">
      <w:pPr>
        <w:spacing w:after="120"/>
        <w:ind w:left="288"/>
        <w:rPr>
          <w:rFonts w:ascii="Garamond" w:hAnsi="Garamond"/>
        </w:rPr>
      </w:pPr>
      <w:r w:rsidRPr="00391811">
        <w:rPr>
          <w:rFonts w:ascii="Garamond" w:hAnsi="Garamond"/>
        </w:rPr>
        <w:t>Per l'alunno/a (Cognome e Nome): ____________________________________________________</w:t>
      </w:r>
    </w:p>
    <w:p w14:paraId="2F695EF2" w14:textId="77777777" w:rsidR="002A412B" w:rsidRPr="00391811" w:rsidRDefault="00835344">
      <w:pPr>
        <w:spacing w:after="120"/>
        <w:ind w:left="288"/>
        <w:rPr>
          <w:rFonts w:ascii="Garamond" w:hAnsi="Garamond"/>
        </w:rPr>
      </w:pPr>
      <w:r w:rsidRPr="00391811">
        <w:rPr>
          <w:rFonts w:ascii="Garamond" w:hAnsi="Garamond"/>
        </w:rPr>
        <w:t>Frequentante la classe: __________ Sezione: __________ Scuola: [ ] Infanzia  [ ] Primaria  [ ] Sec. I Grado</w:t>
      </w:r>
    </w:p>
    <w:p w14:paraId="786C2E2C" w14:textId="77777777" w:rsidR="002A412B" w:rsidRPr="00391811" w:rsidRDefault="00835344">
      <w:pPr>
        <w:spacing w:after="120"/>
        <w:ind w:left="288"/>
        <w:rPr>
          <w:rFonts w:ascii="Garamond" w:hAnsi="Garamond"/>
        </w:rPr>
      </w:pPr>
      <w:r w:rsidRPr="00391811">
        <w:rPr>
          <w:rFonts w:ascii="Garamond" w:hAnsi="Garamond"/>
        </w:rPr>
        <w:t>Relativamente alla seguente attività (specificare meta/destinazione): _________________________</w:t>
      </w:r>
    </w:p>
    <w:p w14:paraId="69345108" w14:textId="77777777" w:rsidR="002A412B" w:rsidRPr="00391811" w:rsidRDefault="00835344">
      <w:pPr>
        <w:spacing w:after="120"/>
        <w:ind w:left="288"/>
        <w:rPr>
          <w:rFonts w:ascii="Garamond" w:hAnsi="Garamond"/>
        </w:rPr>
      </w:pPr>
      <w:r w:rsidRPr="00391811">
        <w:rPr>
          <w:rFonts w:ascii="Garamond" w:hAnsi="Garamond"/>
        </w:rPr>
        <w:t>Tipologia attività:  [ ] Uscita sul territorio   [ ] Visita guidata (1gg)   [ ] Viaggio istruzione/Stage plurigiornaliero</w:t>
      </w:r>
    </w:p>
    <w:p w14:paraId="17159446" w14:textId="77777777" w:rsidR="002A412B" w:rsidRPr="00391811" w:rsidRDefault="00835344">
      <w:pPr>
        <w:spacing w:after="120"/>
        <w:ind w:left="288"/>
        <w:rPr>
          <w:rFonts w:ascii="Garamond" w:hAnsi="Garamond"/>
        </w:rPr>
      </w:pPr>
      <w:r w:rsidRPr="00391811">
        <w:rPr>
          <w:rFonts w:ascii="Garamond" w:hAnsi="Garamond"/>
        </w:rPr>
        <w:t>Data/Periodo dello svolgimento: ______________________________________________________</w:t>
      </w:r>
    </w:p>
    <w:p w14:paraId="31E5F847" w14:textId="77777777" w:rsidR="002A412B" w:rsidRPr="00391811" w:rsidRDefault="00835344">
      <w:pPr>
        <w:spacing w:before="240" w:after="120"/>
        <w:rPr>
          <w:rFonts w:ascii="Garamond" w:hAnsi="Garamond"/>
        </w:rPr>
      </w:pPr>
      <w:r w:rsidRPr="00391811">
        <w:rPr>
          <w:rFonts w:ascii="Garamond" w:hAnsi="Garamond"/>
          <w:b/>
        </w:rPr>
        <w:t>3. MOTIVAZIONE DELLA RICHIESTA</w:t>
      </w:r>
    </w:p>
    <w:p w14:paraId="78A4D53F" w14:textId="77777777" w:rsidR="00391811" w:rsidRDefault="00835344" w:rsidP="00391811">
      <w:pPr>
        <w:spacing w:after="120"/>
        <w:ind w:left="288"/>
        <w:jc w:val="center"/>
        <w:rPr>
          <w:rFonts w:ascii="Garamond" w:hAnsi="Garamond"/>
          <w:b/>
        </w:rPr>
      </w:pPr>
      <w:r w:rsidRPr="00391811">
        <w:rPr>
          <w:rFonts w:ascii="Garamond" w:hAnsi="Garamond"/>
          <w:b/>
        </w:rPr>
        <w:t>CHIEDE</w:t>
      </w:r>
    </w:p>
    <w:p w14:paraId="5E729422" w14:textId="3C4D32DB" w:rsidR="002A412B" w:rsidRPr="00391811" w:rsidRDefault="00835344" w:rsidP="00391811">
      <w:pPr>
        <w:spacing w:after="120"/>
        <w:ind w:left="288"/>
        <w:jc w:val="both"/>
        <w:rPr>
          <w:rFonts w:ascii="Garamond" w:hAnsi="Garamond"/>
        </w:rPr>
      </w:pPr>
      <w:r w:rsidRPr="00391811">
        <w:rPr>
          <w:rFonts w:ascii="Garamond" w:hAnsi="Garamond"/>
        </w:rPr>
        <w:t xml:space="preserve">il </w:t>
      </w:r>
      <w:proofErr w:type="spellStart"/>
      <w:r w:rsidRPr="00391811">
        <w:rPr>
          <w:rFonts w:ascii="Garamond" w:hAnsi="Garamond"/>
        </w:rPr>
        <w:t>rimborso</w:t>
      </w:r>
      <w:proofErr w:type="spellEnd"/>
      <w:r w:rsidRPr="00391811">
        <w:rPr>
          <w:rFonts w:ascii="Garamond" w:hAnsi="Garamond"/>
        </w:rPr>
        <w:t xml:space="preserve"> della quota </w:t>
      </w:r>
      <w:proofErr w:type="spellStart"/>
      <w:r w:rsidRPr="00391811">
        <w:rPr>
          <w:rFonts w:ascii="Garamond" w:hAnsi="Garamond"/>
        </w:rPr>
        <w:t>versata</w:t>
      </w:r>
      <w:proofErr w:type="spellEnd"/>
      <w:r w:rsidRPr="00391811">
        <w:rPr>
          <w:rFonts w:ascii="Garamond" w:hAnsi="Garamond"/>
        </w:rPr>
        <w:t xml:space="preserve"> (o della parte spettante in base alle condizioni contrattuali d'Istituto con i fornitori/assicurazioni) per la mancata partecipazione </w:t>
      </w:r>
      <w:proofErr w:type="spellStart"/>
      <w:r w:rsidRPr="00391811">
        <w:rPr>
          <w:rFonts w:ascii="Garamond" w:hAnsi="Garamond"/>
        </w:rPr>
        <w:t>dell'alunno</w:t>
      </w:r>
      <w:proofErr w:type="spellEnd"/>
      <w:r w:rsidRPr="00391811">
        <w:rPr>
          <w:rFonts w:ascii="Garamond" w:hAnsi="Garamond"/>
        </w:rPr>
        <w:t xml:space="preserve"> a causa di:</w:t>
      </w:r>
    </w:p>
    <w:p w14:paraId="6CA9BC1C" w14:textId="77777777" w:rsidR="002A412B" w:rsidRPr="00391811" w:rsidRDefault="00835344">
      <w:pPr>
        <w:spacing w:after="120"/>
        <w:ind w:left="576"/>
        <w:rPr>
          <w:rFonts w:ascii="Garamond" w:hAnsi="Garamond"/>
        </w:rPr>
      </w:pPr>
      <w:r w:rsidRPr="00391811">
        <w:rPr>
          <w:rFonts w:ascii="Garamond" w:hAnsi="Garamond"/>
        </w:rPr>
        <w:t>[ ] ASSENZA IMPROVVISA PER MALATTIA / INFORTUNIO</w:t>
      </w:r>
    </w:p>
    <w:p w14:paraId="46A25D41" w14:textId="5340E23B" w:rsidR="002A412B" w:rsidRPr="00391811" w:rsidRDefault="00835344">
      <w:pPr>
        <w:spacing w:after="120"/>
        <w:ind w:left="576"/>
        <w:rPr>
          <w:rFonts w:ascii="Garamond" w:hAnsi="Garamond"/>
        </w:rPr>
      </w:pPr>
      <w:r w:rsidRPr="00391811">
        <w:rPr>
          <w:rFonts w:ascii="Garamond" w:hAnsi="Garamond"/>
        </w:rPr>
        <w:t xml:space="preserve">(Si </w:t>
      </w:r>
      <w:proofErr w:type="spellStart"/>
      <w:r w:rsidRPr="00391811">
        <w:rPr>
          <w:rFonts w:ascii="Garamond" w:hAnsi="Garamond"/>
        </w:rPr>
        <w:t>allega</w:t>
      </w:r>
      <w:proofErr w:type="spellEnd"/>
      <w:r w:rsidRPr="00391811">
        <w:rPr>
          <w:rFonts w:ascii="Garamond" w:hAnsi="Garamond"/>
        </w:rPr>
        <w:t xml:space="preserve"> alla </w:t>
      </w:r>
      <w:proofErr w:type="spellStart"/>
      <w:r w:rsidRPr="00391811">
        <w:rPr>
          <w:rFonts w:ascii="Garamond" w:hAnsi="Garamond"/>
        </w:rPr>
        <w:t>presente</w:t>
      </w:r>
      <w:proofErr w:type="spellEnd"/>
      <w:r w:rsidRPr="00391811">
        <w:rPr>
          <w:rFonts w:ascii="Garamond" w:hAnsi="Garamond"/>
        </w:rPr>
        <w:t xml:space="preserve"> istanza o si è provveduto a inviare mezzo e-mail il relativo certificato medico entro i 2 giorni lavorativi successivi, come da Art. 5 del Regolamento).</w:t>
      </w:r>
    </w:p>
    <w:p w14:paraId="5DE073C8" w14:textId="77777777" w:rsidR="002A412B" w:rsidRPr="00391811" w:rsidRDefault="00835344">
      <w:pPr>
        <w:spacing w:after="120"/>
        <w:ind w:left="576"/>
        <w:rPr>
          <w:rFonts w:ascii="Garamond" w:hAnsi="Garamond"/>
        </w:rPr>
      </w:pPr>
      <w:r w:rsidRPr="00391811">
        <w:rPr>
          <w:rFonts w:ascii="Garamond" w:hAnsi="Garamond"/>
        </w:rPr>
        <w:t>[ ] Altro motivo eccezionale documentato (specificare): ___________________________________</w:t>
      </w:r>
    </w:p>
    <w:p w14:paraId="06C6B273" w14:textId="77777777" w:rsidR="002A412B" w:rsidRPr="00391811" w:rsidRDefault="00835344">
      <w:pPr>
        <w:spacing w:before="240" w:after="120"/>
        <w:rPr>
          <w:rFonts w:ascii="Garamond" w:hAnsi="Garamond"/>
        </w:rPr>
      </w:pPr>
      <w:r w:rsidRPr="00391811">
        <w:rPr>
          <w:rFonts w:ascii="Garamond" w:hAnsi="Garamond"/>
          <w:b/>
        </w:rPr>
        <w:t>4. MODALITÀ DI ACCREDITO (COORDINATE BANCARIE)</w:t>
      </w:r>
    </w:p>
    <w:p w14:paraId="0FB8A3BF" w14:textId="77777777" w:rsidR="002A412B" w:rsidRPr="00391811" w:rsidRDefault="00835344">
      <w:pPr>
        <w:spacing w:after="160"/>
        <w:ind w:left="288"/>
        <w:rPr>
          <w:rFonts w:ascii="Garamond" w:hAnsi="Garamond"/>
        </w:rPr>
      </w:pPr>
      <w:r w:rsidRPr="00391811">
        <w:rPr>
          <w:rFonts w:ascii="Garamond" w:hAnsi="Garamond"/>
        </w:rPr>
        <w:t>Il sottoscritto indica le seguenti coordinate bancarie sulle quali effettuare il bonifico di rimborso: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5"/>
        <w:gridCol w:w="6619"/>
      </w:tblGrid>
      <w:tr w:rsidR="002A412B" w:rsidRPr="00391811" w14:paraId="06D1DE43" w14:textId="77777777" w:rsidTr="003127FE">
        <w:trPr>
          <w:jc w:val="center"/>
        </w:trPr>
        <w:tc>
          <w:tcPr>
            <w:tcW w:w="3015" w:type="dxa"/>
            <w:shd w:val="clear" w:color="auto" w:fill="F2F2F2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396E922E" w14:textId="77777777" w:rsidR="002A412B" w:rsidRPr="00391811" w:rsidRDefault="00835344">
            <w:pPr>
              <w:rPr>
                <w:rFonts w:ascii="Garamond" w:hAnsi="Garamond"/>
              </w:rPr>
            </w:pPr>
            <w:r w:rsidRPr="00391811">
              <w:rPr>
                <w:rFonts w:ascii="Garamond" w:hAnsi="Garamond"/>
                <w:b/>
              </w:rPr>
              <w:t xml:space="preserve">Campo </w:t>
            </w:r>
            <w:proofErr w:type="spellStart"/>
            <w:r w:rsidRPr="00391811">
              <w:rPr>
                <w:rFonts w:ascii="Garamond" w:hAnsi="Garamond"/>
                <w:b/>
              </w:rPr>
              <w:t>Richiesto</w:t>
            </w:r>
            <w:proofErr w:type="spellEnd"/>
          </w:p>
        </w:tc>
        <w:tc>
          <w:tcPr>
            <w:tcW w:w="6619" w:type="dxa"/>
            <w:shd w:val="clear" w:color="auto" w:fill="F2F2F2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61EAC69A" w14:textId="77777777" w:rsidR="002A412B" w:rsidRPr="00391811" w:rsidRDefault="00835344">
            <w:pPr>
              <w:rPr>
                <w:rFonts w:ascii="Garamond" w:hAnsi="Garamond"/>
              </w:rPr>
            </w:pPr>
            <w:r w:rsidRPr="00391811">
              <w:rPr>
                <w:rFonts w:ascii="Garamond" w:hAnsi="Garamond"/>
                <w:b/>
              </w:rPr>
              <w:t>Dettagli da compilare a cura della famiglia</w:t>
            </w:r>
          </w:p>
        </w:tc>
      </w:tr>
      <w:tr w:rsidR="002A412B" w:rsidRPr="00391811" w14:paraId="6B7CE537" w14:textId="77777777" w:rsidTr="003127FE">
        <w:trPr>
          <w:jc w:val="center"/>
        </w:trPr>
        <w:tc>
          <w:tcPr>
            <w:tcW w:w="3015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3C485B6D" w14:textId="77777777" w:rsidR="002A412B" w:rsidRPr="00391811" w:rsidRDefault="00835344">
            <w:pPr>
              <w:rPr>
                <w:rFonts w:ascii="Garamond" w:hAnsi="Garamond"/>
              </w:rPr>
            </w:pPr>
            <w:r w:rsidRPr="00391811">
              <w:rPr>
                <w:rFonts w:ascii="Garamond" w:hAnsi="Garamond"/>
                <w:b/>
              </w:rPr>
              <w:t>Intestatario/Cointestatario del Conto:</w:t>
            </w:r>
          </w:p>
        </w:tc>
        <w:tc>
          <w:tcPr>
            <w:tcW w:w="6619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3EE82915" w14:textId="77777777" w:rsidR="002A412B" w:rsidRPr="00391811" w:rsidRDefault="00835344">
            <w:pPr>
              <w:rPr>
                <w:rFonts w:ascii="Garamond" w:hAnsi="Garamond"/>
              </w:rPr>
            </w:pPr>
            <w:r w:rsidRPr="00391811">
              <w:rPr>
                <w:rFonts w:ascii="Garamond" w:hAnsi="Garamond"/>
              </w:rPr>
              <w:t>______________________________________________________</w:t>
            </w:r>
          </w:p>
        </w:tc>
      </w:tr>
      <w:tr w:rsidR="002A412B" w:rsidRPr="00391811" w14:paraId="11FE93FA" w14:textId="77777777" w:rsidTr="003127FE">
        <w:trPr>
          <w:jc w:val="center"/>
        </w:trPr>
        <w:tc>
          <w:tcPr>
            <w:tcW w:w="3015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31725FF9" w14:textId="77777777" w:rsidR="002A412B" w:rsidRPr="00391811" w:rsidRDefault="00835344">
            <w:pPr>
              <w:rPr>
                <w:rFonts w:ascii="Garamond" w:hAnsi="Garamond"/>
              </w:rPr>
            </w:pPr>
            <w:proofErr w:type="spellStart"/>
            <w:r w:rsidRPr="00391811">
              <w:rPr>
                <w:rFonts w:ascii="Garamond" w:hAnsi="Garamond"/>
                <w:b/>
              </w:rPr>
              <w:lastRenderedPageBreak/>
              <w:t>Codice</w:t>
            </w:r>
            <w:proofErr w:type="spellEnd"/>
            <w:r w:rsidRPr="00391811">
              <w:rPr>
                <w:rFonts w:ascii="Garamond" w:hAnsi="Garamond"/>
                <w:b/>
              </w:rPr>
              <w:t xml:space="preserve"> IBAN (27 </w:t>
            </w:r>
            <w:proofErr w:type="spellStart"/>
            <w:r w:rsidRPr="00391811">
              <w:rPr>
                <w:rFonts w:ascii="Garamond" w:hAnsi="Garamond"/>
                <w:b/>
              </w:rPr>
              <w:t>caratteri</w:t>
            </w:r>
            <w:proofErr w:type="spellEnd"/>
            <w:r w:rsidRPr="00391811">
              <w:rPr>
                <w:rFonts w:ascii="Garamond" w:hAnsi="Garamond"/>
                <w:b/>
              </w:rPr>
              <w:t>):</w:t>
            </w:r>
          </w:p>
        </w:tc>
        <w:tc>
          <w:tcPr>
            <w:tcW w:w="6619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0BD8AA01" w14:textId="77777777" w:rsidR="002A412B" w:rsidRPr="00391811" w:rsidRDefault="00835344">
            <w:pPr>
              <w:rPr>
                <w:rFonts w:ascii="Garamond" w:hAnsi="Garamond"/>
              </w:rPr>
            </w:pPr>
            <w:r w:rsidRPr="00391811">
              <w:rPr>
                <w:rFonts w:ascii="Garamond" w:hAnsi="Garamond"/>
              </w:rPr>
              <w:t>IT __  __  __ __ __ __ __ __ __ __ __ __ __ __ __ __ __ __ __ __ __</w:t>
            </w:r>
          </w:p>
        </w:tc>
      </w:tr>
    </w:tbl>
    <w:p w14:paraId="6E7F865B" w14:textId="77777777" w:rsidR="002A412B" w:rsidRPr="00391811" w:rsidRDefault="002A412B">
      <w:pPr>
        <w:spacing w:after="240"/>
        <w:rPr>
          <w:rFonts w:ascii="Garamond" w:hAnsi="Garamond"/>
        </w:rPr>
      </w:pPr>
    </w:p>
    <w:p w14:paraId="2D52352A" w14:textId="77777777" w:rsidR="002A412B" w:rsidRPr="00391811" w:rsidRDefault="00835344" w:rsidP="00391811">
      <w:pPr>
        <w:spacing w:after="480"/>
        <w:jc w:val="both"/>
        <w:rPr>
          <w:rFonts w:ascii="Garamond" w:hAnsi="Garamond"/>
          <w:sz w:val="24"/>
          <w:szCs w:val="24"/>
        </w:rPr>
      </w:pPr>
      <w:r w:rsidRPr="00391811">
        <w:rPr>
          <w:rFonts w:ascii="Garamond" w:hAnsi="Garamond"/>
          <w:i/>
          <w:sz w:val="24"/>
          <w:szCs w:val="24"/>
        </w:rPr>
        <w:t>Nota importante ed esonero: Il richiedente dichiara di essere a conoscenza delle clausole dell'Art. 6 del Regolamento, secondo cui i rimborsi sono strettamente subordinati alle penali previste dai contratti con le agenzie di viaggio o vettori. Qualora le condizioni contrattuali non dispongano rimborsi per l'evento, nulla sarà liquidato dall'Istituto. I dati personali forniti saranno trattati esclusivamente per le finalità di liquidazione finanziaria ai sensi del GDPR UE 2016/679.</w:t>
      </w:r>
    </w:p>
    <w:p w14:paraId="45CE5982" w14:textId="77777777" w:rsidR="002A412B" w:rsidRPr="00391811" w:rsidRDefault="00835344">
      <w:pPr>
        <w:spacing w:before="480"/>
        <w:rPr>
          <w:rFonts w:ascii="Garamond" w:hAnsi="Garamond"/>
        </w:rPr>
      </w:pPr>
      <w:r w:rsidRPr="00391811">
        <w:rPr>
          <w:rFonts w:ascii="Garamond" w:hAnsi="Garamond"/>
        </w:rPr>
        <w:t>Data: ____________________                               Firma del richiedente: ____________________</w:t>
      </w:r>
    </w:p>
    <w:sectPr w:rsidR="002A412B" w:rsidRPr="00391811" w:rsidSect="00391811">
      <w:footerReference w:type="default" r:id="rId8"/>
      <w:pgSz w:w="12240" w:h="15840"/>
      <w:pgMar w:top="1440" w:right="1440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49E46" w14:textId="77777777" w:rsidR="00835344" w:rsidRDefault="00835344" w:rsidP="00391811">
      <w:pPr>
        <w:spacing w:after="0" w:line="240" w:lineRule="auto"/>
      </w:pPr>
      <w:r>
        <w:separator/>
      </w:r>
    </w:p>
  </w:endnote>
  <w:endnote w:type="continuationSeparator" w:id="0">
    <w:p w14:paraId="0D97B6EB" w14:textId="77777777" w:rsidR="00835344" w:rsidRDefault="00835344" w:rsidP="00391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2870728"/>
      <w:docPartObj>
        <w:docPartGallery w:val="Page Numbers (Bottom of Page)"/>
        <w:docPartUnique/>
      </w:docPartObj>
    </w:sdtPr>
    <w:sdtContent>
      <w:p w14:paraId="68565FA5" w14:textId="214D41E3" w:rsidR="00391811" w:rsidRDefault="00391811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t-IT"/>
          </w:rPr>
          <w:t>2</w:t>
        </w:r>
        <w:r>
          <w:fldChar w:fldCharType="end"/>
        </w:r>
      </w:p>
    </w:sdtContent>
  </w:sdt>
  <w:p w14:paraId="19ED10A5" w14:textId="77777777" w:rsidR="00391811" w:rsidRDefault="0039181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C484D" w14:textId="77777777" w:rsidR="00835344" w:rsidRDefault="00835344" w:rsidP="00391811">
      <w:pPr>
        <w:spacing w:after="0" w:line="240" w:lineRule="auto"/>
      </w:pPr>
      <w:r>
        <w:separator/>
      </w:r>
    </w:p>
  </w:footnote>
  <w:footnote w:type="continuationSeparator" w:id="0">
    <w:p w14:paraId="47644A67" w14:textId="77777777" w:rsidR="00835344" w:rsidRDefault="00835344" w:rsidP="003918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26139370">
    <w:abstractNumId w:val="8"/>
  </w:num>
  <w:num w:numId="2" w16cid:durableId="925066641">
    <w:abstractNumId w:val="6"/>
  </w:num>
  <w:num w:numId="3" w16cid:durableId="1740709599">
    <w:abstractNumId w:val="5"/>
  </w:num>
  <w:num w:numId="4" w16cid:durableId="1780179158">
    <w:abstractNumId w:val="4"/>
  </w:num>
  <w:num w:numId="5" w16cid:durableId="657729545">
    <w:abstractNumId w:val="7"/>
  </w:num>
  <w:num w:numId="6" w16cid:durableId="675304043">
    <w:abstractNumId w:val="3"/>
  </w:num>
  <w:num w:numId="7" w16cid:durableId="2000034833">
    <w:abstractNumId w:val="2"/>
  </w:num>
  <w:num w:numId="8" w16cid:durableId="1325864677">
    <w:abstractNumId w:val="1"/>
  </w:num>
  <w:num w:numId="9" w16cid:durableId="635336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A412B"/>
    <w:rsid w:val="003127FE"/>
    <w:rsid w:val="00326F90"/>
    <w:rsid w:val="00391811"/>
    <w:rsid w:val="00835344"/>
    <w:rsid w:val="00AA1D8D"/>
    <w:rsid w:val="00B47730"/>
    <w:rsid w:val="00CB0664"/>
    <w:rsid w:val="00E16CC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9C891F"/>
  <w14:defaultImageDpi w14:val="300"/>
  <w15:docId w15:val="{42131379-A2C0-47C2-A7D9-1A56A70D3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PC_DSGA</cp:lastModifiedBy>
  <cp:revision>2</cp:revision>
  <cp:lastPrinted>2026-09-08T12:03:00Z</cp:lastPrinted>
  <dcterms:created xsi:type="dcterms:W3CDTF">2026-09-08T12:08:00Z</dcterms:created>
  <dcterms:modified xsi:type="dcterms:W3CDTF">2026-09-08T12:08:00Z</dcterms:modified>
  <cp:category/>
</cp:coreProperties>
</file>